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PSC Exam Express - Full PDF Extraction</w:t>
      </w:r>
    </w:p>
    <w:p>
      <w:r>
        <w:t>Source: PSC notes/Fast Track Notes/psc exam express.pdf. The source is a scanned 221-page PDF, so each original page is preserved as an image in this Word document.</w:t>
      </w:r>
    </w:p>
    <w:p>
      <w:r>
        <w:br w:type="page"/>
      </w:r>
    </w:p>
    <w:p>
      <w:pPr>
        <w:pStyle w:val="Heading1"/>
      </w:pPr>
      <w:r>
        <w:t>Source page 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0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5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7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8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9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0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2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3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4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5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6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7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8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9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0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1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3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5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7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8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39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9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0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1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2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3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4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5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6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7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8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49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9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0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1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2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3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4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5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6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7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8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59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9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0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1.jp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2.jp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3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4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5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6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7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8.jp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69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9.jp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0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1.jp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2" name="Picture 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2.jp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3" name="Picture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3.jp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4" name="Picture 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4.jp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5" name="Picture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5.jp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6" name="Picture 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6.jp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7" name="Picture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7.jp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8" name="Picture 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8.jp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79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79" name="Picture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9.jp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0" name="Picture 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0.jp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1" name="Picture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1.jp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2" name="Picture 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2.jp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3" name="Picture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3.jp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4" name="Picture 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4.jp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5" name="Picture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5.jp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6" name="Picture 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6.jp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7" name="Picture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7.jp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8" name="Picture 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8.jp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89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89" name="Picture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9.jp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0" name="Picture 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0.jp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1" name="Picture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1.jp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2" name="Picture 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2.jp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3" name="Picture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3.jp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4" name="Picture 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4.jp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5" name="Picture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5.jp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6" name="Picture 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6.jp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7" name="Picture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7.jp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8" name="Picture 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8.jp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99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99" name="Picture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9.jp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0.jp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1.jp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2" name="Picture 1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2.jp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3.jp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4" name="Picture 1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4.jp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5" name="Picture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5.jpg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6" name="Picture 1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6.jp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7" name="Picture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7.jp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8" name="Picture 1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8.jp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109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09" name="Picture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9.jp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0" name="Picture 1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0.jp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1" name="Picture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1.jp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2" name="Picture 1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2.jp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3" name="Picture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3.jp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4" name="Picture 1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4.jp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5" name="Picture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5.jp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6" name="Picture 1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6.jp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7" name="Picture 1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7.jp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8" name="Picture 1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8.jpg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119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19" name="Picture 1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9.jp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0" name="Picture 1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0.jp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1" name="Picture 1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1.jp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2" name="Picture 1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2.jp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3" name="Picture 1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3.jp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4" name="Picture 1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4.jp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5" name="Picture 1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5.jp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6" name="Picture 1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6.jp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7" name="Picture 1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7.jp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8" name="Picture 1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8.jp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129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29" name="Picture 1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9.jp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0" name="Picture 1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0.jp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1" name="Picture 1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1.jp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2" name="Picture 1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2.jp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3" name="Picture 1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3.jp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4" name="Picture 1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4.jp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5" name="Picture 1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5.jp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6" name="Picture 1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6.jp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137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7" name="Picture 1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7.jp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8" name="Picture 1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8.jp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139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39" name="Picture 1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9.jp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0" name="Picture 1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0.jp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1" name="Picture 1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1.jp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2" name="Picture 1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2.jp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3" name="Picture 1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3.jp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4" name="Picture 1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4.jp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5" name="Picture 1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5.jp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6" name="Picture 1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6.jp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147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7" name="Picture 1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7.jp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8" name="Picture 1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8.jp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149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49" name="Picture 1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9.jp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0" name="Picture 1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0.jp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1" name="Picture 1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1.jpg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2" name="Picture 1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2.jpg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3" name="Picture 1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3.jp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4" name="Picture 1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4.jp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5" name="Picture 1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5.jpg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6" name="Picture 1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6.jp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157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7" name="Picture 1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7.jp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8" name="Picture 1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8.jp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159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59" name="Picture 1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9.jp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0" name="Picture 1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0.jp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1" name="Picture 1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1.jp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2" name="Picture 1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2.jp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3" name="Picture 1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3.jp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4" name="Picture 1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4.jp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5" name="Picture 1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5.jp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6" name="Picture 1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6.jp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167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7" name="Picture 1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7.jpg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168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8" name="Picture 1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8.jp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169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69" name="Picture 1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9.jpg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0" name="Picture 1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0.jp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171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1" name="Picture 1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1.jp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172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2" name="Picture 17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2.jp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173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3" name="Picture 1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3.jp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174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4" name="Picture 17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4.jp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175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5" name="Picture 1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5.jp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176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176" name="Picture 1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6.jp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77" name="Picture 1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7.jp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78" name="Picture 17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8.jp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179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79" name="Picture 1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9.jp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0" name="Picture 18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0.jp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1" name="Picture 1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1.jp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2" name="Picture 18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2.jp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3" name="Picture 1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3.jp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4" name="Picture 18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4.jp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5" name="Picture 1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5.jp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6" name="Picture 18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6.jpg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7" name="Picture 1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7.jp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8" name="Picture 18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8.jp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189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89" name="Picture 1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9.jpg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0" name="Picture 19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0.jpg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1" name="Picture 1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1.jpg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2" name="Picture 19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2.jp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3" name="Picture 1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3.jp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4" name="Picture 19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4.jp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5" name="Picture 1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5.jp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6" name="Picture 19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6.jp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7" name="Picture 1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7.jp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8" name="Picture 19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8.jp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199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199" name="Picture 1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9.jp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0" name="Picture 20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0.jp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1" name="Picture 2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1.jp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2" name="Picture 20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2.jpg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3" name="Picture 2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3.jp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4" name="Picture 20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4.jp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5" name="Picture 2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5.jp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6" name="Picture 20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6.jp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7" name="Picture 2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7.jp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8" name="Picture 20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8.jp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209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09" name="Picture 2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9.jp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210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0" name="Picture 2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0.jp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1" name="Picture 2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1.jp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212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2" name="Picture 2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2.jp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213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3" name="Picture 2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3.jp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214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4" name="Picture 2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4.jp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215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5" name="Picture 2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5.jp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216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6" name="Picture 2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6.jp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217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7" name="Picture 2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7.jp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218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8" name="Picture 2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8.jp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219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19" name="Picture 2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9.jpg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220</w:t>
      </w:r>
    </w:p>
    <w:p>
      <w:r>
        <w:drawing>
          <wp:inline xmlns:a="http://schemas.openxmlformats.org/drawingml/2006/main" xmlns:pic="http://schemas.openxmlformats.org/drawingml/2006/picture">
            <wp:extent cx="9144000" cy="12931254"/>
            <wp:docPr id="220" name="Picture 2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0.jpg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2931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t>Source page 221</w:t>
      </w:r>
    </w:p>
    <w:p>
      <w:r>
        <w:drawing>
          <wp:inline xmlns:a="http://schemas.openxmlformats.org/drawingml/2006/main" xmlns:pic="http://schemas.openxmlformats.org/drawingml/2006/picture">
            <wp:extent cx="9144000" cy="6465942"/>
            <wp:docPr id="221" name="Picture 2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1.jpg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6594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image" Target="media/image35.jpg"/><Relationship Id="rId44" Type="http://schemas.openxmlformats.org/officeDocument/2006/relationships/image" Target="media/image36.jpg"/><Relationship Id="rId45" Type="http://schemas.openxmlformats.org/officeDocument/2006/relationships/image" Target="media/image37.jpg"/><Relationship Id="rId46" Type="http://schemas.openxmlformats.org/officeDocument/2006/relationships/image" Target="media/image38.jpg"/><Relationship Id="rId47" Type="http://schemas.openxmlformats.org/officeDocument/2006/relationships/image" Target="media/image39.jpg"/><Relationship Id="rId48" Type="http://schemas.openxmlformats.org/officeDocument/2006/relationships/image" Target="media/image40.jpg"/><Relationship Id="rId49" Type="http://schemas.openxmlformats.org/officeDocument/2006/relationships/image" Target="media/image41.jpg"/><Relationship Id="rId50" Type="http://schemas.openxmlformats.org/officeDocument/2006/relationships/image" Target="media/image42.jpg"/><Relationship Id="rId51" Type="http://schemas.openxmlformats.org/officeDocument/2006/relationships/image" Target="media/image43.jpg"/><Relationship Id="rId52" Type="http://schemas.openxmlformats.org/officeDocument/2006/relationships/image" Target="media/image44.jpg"/><Relationship Id="rId53" Type="http://schemas.openxmlformats.org/officeDocument/2006/relationships/image" Target="media/image45.jpg"/><Relationship Id="rId54" Type="http://schemas.openxmlformats.org/officeDocument/2006/relationships/image" Target="media/image46.jpg"/><Relationship Id="rId55" Type="http://schemas.openxmlformats.org/officeDocument/2006/relationships/image" Target="media/image47.jpg"/><Relationship Id="rId56" Type="http://schemas.openxmlformats.org/officeDocument/2006/relationships/image" Target="media/image48.jpg"/><Relationship Id="rId57" Type="http://schemas.openxmlformats.org/officeDocument/2006/relationships/image" Target="media/image49.jpg"/><Relationship Id="rId58" Type="http://schemas.openxmlformats.org/officeDocument/2006/relationships/image" Target="media/image50.jpg"/><Relationship Id="rId59" Type="http://schemas.openxmlformats.org/officeDocument/2006/relationships/image" Target="media/image51.jpg"/><Relationship Id="rId60" Type="http://schemas.openxmlformats.org/officeDocument/2006/relationships/image" Target="media/image52.jpg"/><Relationship Id="rId61" Type="http://schemas.openxmlformats.org/officeDocument/2006/relationships/image" Target="media/image53.jpg"/><Relationship Id="rId62" Type="http://schemas.openxmlformats.org/officeDocument/2006/relationships/image" Target="media/image54.jpg"/><Relationship Id="rId63" Type="http://schemas.openxmlformats.org/officeDocument/2006/relationships/image" Target="media/image55.jpg"/><Relationship Id="rId64" Type="http://schemas.openxmlformats.org/officeDocument/2006/relationships/image" Target="media/image56.jpg"/><Relationship Id="rId65" Type="http://schemas.openxmlformats.org/officeDocument/2006/relationships/image" Target="media/image57.jpg"/><Relationship Id="rId66" Type="http://schemas.openxmlformats.org/officeDocument/2006/relationships/image" Target="media/image58.jpg"/><Relationship Id="rId67" Type="http://schemas.openxmlformats.org/officeDocument/2006/relationships/image" Target="media/image59.jpg"/><Relationship Id="rId68" Type="http://schemas.openxmlformats.org/officeDocument/2006/relationships/image" Target="media/image60.jpg"/><Relationship Id="rId69" Type="http://schemas.openxmlformats.org/officeDocument/2006/relationships/image" Target="media/image61.jpg"/><Relationship Id="rId70" Type="http://schemas.openxmlformats.org/officeDocument/2006/relationships/image" Target="media/image62.jpg"/><Relationship Id="rId71" Type="http://schemas.openxmlformats.org/officeDocument/2006/relationships/image" Target="media/image63.jpg"/><Relationship Id="rId72" Type="http://schemas.openxmlformats.org/officeDocument/2006/relationships/image" Target="media/image64.jpg"/><Relationship Id="rId73" Type="http://schemas.openxmlformats.org/officeDocument/2006/relationships/image" Target="media/image65.jpg"/><Relationship Id="rId74" Type="http://schemas.openxmlformats.org/officeDocument/2006/relationships/image" Target="media/image66.jpg"/><Relationship Id="rId75" Type="http://schemas.openxmlformats.org/officeDocument/2006/relationships/image" Target="media/image67.jpg"/><Relationship Id="rId76" Type="http://schemas.openxmlformats.org/officeDocument/2006/relationships/image" Target="media/image68.jpg"/><Relationship Id="rId77" Type="http://schemas.openxmlformats.org/officeDocument/2006/relationships/image" Target="media/image69.jpg"/><Relationship Id="rId78" Type="http://schemas.openxmlformats.org/officeDocument/2006/relationships/image" Target="media/image70.jpg"/><Relationship Id="rId79" Type="http://schemas.openxmlformats.org/officeDocument/2006/relationships/image" Target="media/image71.jpg"/><Relationship Id="rId80" Type="http://schemas.openxmlformats.org/officeDocument/2006/relationships/image" Target="media/image72.jpg"/><Relationship Id="rId81" Type="http://schemas.openxmlformats.org/officeDocument/2006/relationships/image" Target="media/image73.jpg"/><Relationship Id="rId82" Type="http://schemas.openxmlformats.org/officeDocument/2006/relationships/image" Target="media/image74.jpg"/><Relationship Id="rId83" Type="http://schemas.openxmlformats.org/officeDocument/2006/relationships/image" Target="media/image75.jpg"/><Relationship Id="rId84" Type="http://schemas.openxmlformats.org/officeDocument/2006/relationships/image" Target="media/image76.jpg"/><Relationship Id="rId85" Type="http://schemas.openxmlformats.org/officeDocument/2006/relationships/image" Target="media/image77.jpg"/><Relationship Id="rId86" Type="http://schemas.openxmlformats.org/officeDocument/2006/relationships/image" Target="media/image78.jpg"/><Relationship Id="rId87" Type="http://schemas.openxmlformats.org/officeDocument/2006/relationships/image" Target="media/image79.jpg"/><Relationship Id="rId88" Type="http://schemas.openxmlformats.org/officeDocument/2006/relationships/image" Target="media/image80.jpg"/><Relationship Id="rId89" Type="http://schemas.openxmlformats.org/officeDocument/2006/relationships/image" Target="media/image81.jpg"/><Relationship Id="rId90" Type="http://schemas.openxmlformats.org/officeDocument/2006/relationships/image" Target="media/image82.jpg"/><Relationship Id="rId91" Type="http://schemas.openxmlformats.org/officeDocument/2006/relationships/image" Target="media/image83.jpg"/><Relationship Id="rId92" Type="http://schemas.openxmlformats.org/officeDocument/2006/relationships/image" Target="media/image84.jpg"/><Relationship Id="rId93" Type="http://schemas.openxmlformats.org/officeDocument/2006/relationships/image" Target="media/image85.jpg"/><Relationship Id="rId94" Type="http://schemas.openxmlformats.org/officeDocument/2006/relationships/image" Target="media/image86.jpg"/><Relationship Id="rId95" Type="http://schemas.openxmlformats.org/officeDocument/2006/relationships/image" Target="media/image87.jpg"/><Relationship Id="rId96" Type="http://schemas.openxmlformats.org/officeDocument/2006/relationships/image" Target="media/image88.jpg"/><Relationship Id="rId97" Type="http://schemas.openxmlformats.org/officeDocument/2006/relationships/image" Target="media/image89.jpg"/><Relationship Id="rId98" Type="http://schemas.openxmlformats.org/officeDocument/2006/relationships/image" Target="media/image90.jpg"/><Relationship Id="rId99" Type="http://schemas.openxmlformats.org/officeDocument/2006/relationships/image" Target="media/image91.jpg"/><Relationship Id="rId100" Type="http://schemas.openxmlformats.org/officeDocument/2006/relationships/image" Target="media/image92.jpg"/><Relationship Id="rId101" Type="http://schemas.openxmlformats.org/officeDocument/2006/relationships/image" Target="media/image93.jpg"/><Relationship Id="rId102" Type="http://schemas.openxmlformats.org/officeDocument/2006/relationships/image" Target="media/image94.jpg"/><Relationship Id="rId103" Type="http://schemas.openxmlformats.org/officeDocument/2006/relationships/image" Target="media/image95.jpg"/><Relationship Id="rId104" Type="http://schemas.openxmlformats.org/officeDocument/2006/relationships/image" Target="media/image96.jpg"/><Relationship Id="rId105" Type="http://schemas.openxmlformats.org/officeDocument/2006/relationships/image" Target="media/image97.jpg"/><Relationship Id="rId106" Type="http://schemas.openxmlformats.org/officeDocument/2006/relationships/image" Target="media/image98.jpg"/><Relationship Id="rId107" Type="http://schemas.openxmlformats.org/officeDocument/2006/relationships/image" Target="media/image99.jpg"/><Relationship Id="rId108" Type="http://schemas.openxmlformats.org/officeDocument/2006/relationships/image" Target="media/image100.jpg"/><Relationship Id="rId109" Type="http://schemas.openxmlformats.org/officeDocument/2006/relationships/image" Target="media/image101.jpg"/><Relationship Id="rId110" Type="http://schemas.openxmlformats.org/officeDocument/2006/relationships/image" Target="media/image102.jpg"/><Relationship Id="rId111" Type="http://schemas.openxmlformats.org/officeDocument/2006/relationships/image" Target="media/image103.jpg"/><Relationship Id="rId112" Type="http://schemas.openxmlformats.org/officeDocument/2006/relationships/image" Target="media/image104.jpg"/><Relationship Id="rId113" Type="http://schemas.openxmlformats.org/officeDocument/2006/relationships/image" Target="media/image105.jpg"/><Relationship Id="rId114" Type="http://schemas.openxmlformats.org/officeDocument/2006/relationships/image" Target="media/image106.jpg"/><Relationship Id="rId115" Type="http://schemas.openxmlformats.org/officeDocument/2006/relationships/image" Target="media/image107.jpg"/><Relationship Id="rId116" Type="http://schemas.openxmlformats.org/officeDocument/2006/relationships/image" Target="media/image108.jpg"/><Relationship Id="rId117" Type="http://schemas.openxmlformats.org/officeDocument/2006/relationships/image" Target="media/image109.jpg"/><Relationship Id="rId118" Type="http://schemas.openxmlformats.org/officeDocument/2006/relationships/image" Target="media/image110.jpg"/><Relationship Id="rId119" Type="http://schemas.openxmlformats.org/officeDocument/2006/relationships/image" Target="media/image111.jpg"/><Relationship Id="rId120" Type="http://schemas.openxmlformats.org/officeDocument/2006/relationships/image" Target="media/image112.jpg"/><Relationship Id="rId121" Type="http://schemas.openxmlformats.org/officeDocument/2006/relationships/image" Target="media/image113.jpg"/><Relationship Id="rId122" Type="http://schemas.openxmlformats.org/officeDocument/2006/relationships/image" Target="media/image114.jpg"/><Relationship Id="rId123" Type="http://schemas.openxmlformats.org/officeDocument/2006/relationships/image" Target="media/image115.jpg"/><Relationship Id="rId124" Type="http://schemas.openxmlformats.org/officeDocument/2006/relationships/image" Target="media/image116.jpg"/><Relationship Id="rId125" Type="http://schemas.openxmlformats.org/officeDocument/2006/relationships/image" Target="media/image117.jpg"/><Relationship Id="rId126" Type="http://schemas.openxmlformats.org/officeDocument/2006/relationships/image" Target="media/image118.jpg"/><Relationship Id="rId127" Type="http://schemas.openxmlformats.org/officeDocument/2006/relationships/image" Target="media/image119.jpg"/><Relationship Id="rId128" Type="http://schemas.openxmlformats.org/officeDocument/2006/relationships/image" Target="media/image120.jpg"/><Relationship Id="rId129" Type="http://schemas.openxmlformats.org/officeDocument/2006/relationships/image" Target="media/image121.jpg"/><Relationship Id="rId130" Type="http://schemas.openxmlformats.org/officeDocument/2006/relationships/image" Target="media/image122.jpg"/><Relationship Id="rId131" Type="http://schemas.openxmlformats.org/officeDocument/2006/relationships/image" Target="media/image123.jpg"/><Relationship Id="rId132" Type="http://schemas.openxmlformats.org/officeDocument/2006/relationships/image" Target="media/image124.jpg"/><Relationship Id="rId133" Type="http://schemas.openxmlformats.org/officeDocument/2006/relationships/image" Target="media/image125.jpg"/><Relationship Id="rId134" Type="http://schemas.openxmlformats.org/officeDocument/2006/relationships/image" Target="media/image126.jpg"/><Relationship Id="rId135" Type="http://schemas.openxmlformats.org/officeDocument/2006/relationships/image" Target="media/image127.jpg"/><Relationship Id="rId136" Type="http://schemas.openxmlformats.org/officeDocument/2006/relationships/image" Target="media/image128.jpg"/><Relationship Id="rId137" Type="http://schemas.openxmlformats.org/officeDocument/2006/relationships/image" Target="media/image129.jpg"/><Relationship Id="rId138" Type="http://schemas.openxmlformats.org/officeDocument/2006/relationships/image" Target="media/image130.jpg"/><Relationship Id="rId139" Type="http://schemas.openxmlformats.org/officeDocument/2006/relationships/image" Target="media/image131.jpg"/><Relationship Id="rId140" Type="http://schemas.openxmlformats.org/officeDocument/2006/relationships/image" Target="media/image132.jpg"/><Relationship Id="rId141" Type="http://schemas.openxmlformats.org/officeDocument/2006/relationships/image" Target="media/image133.jpg"/><Relationship Id="rId142" Type="http://schemas.openxmlformats.org/officeDocument/2006/relationships/image" Target="media/image134.jpg"/><Relationship Id="rId143" Type="http://schemas.openxmlformats.org/officeDocument/2006/relationships/image" Target="media/image135.jpg"/><Relationship Id="rId144" Type="http://schemas.openxmlformats.org/officeDocument/2006/relationships/image" Target="media/image136.jpg"/><Relationship Id="rId145" Type="http://schemas.openxmlformats.org/officeDocument/2006/relationships/image" Target="media/image137.jpg"/><Relationship Id="rId146" Type="http://schemas.openxmlformats.org/officeDocument/2006/relationships/image" Target="media/image138.jpg"/><Relationship Id="rId147" Type="http://schemas.openxmlformats.org/officeDocument/2006/relationships/image" Target="media/image139.jpg"/><Relationship Id="rId148" Type="http://schemas.openxmlformats.org/officeDocument/2006/relationships/image" Target="media/image140.jpg"/><Relationship Id="rId149" Type="http://schemas.openxmlformats.org/officeDocument/2006/relationships/image" Target="media/image141.jpg"/><Relationship Id="rId150" Type="http://schemas.openxmlformats.org/officeDocument/2006/relationships/image" Target="media/image142.jpg"/><Relationship Id="rId151" Type="http://schemas.openxmlformats.org/officeDocument/2006/relationships/image" Target="media/image143.jpg"/><Relationship Id="rId152" Type="http://schemas.openxmlformats.org/officeDocument/2006/relationships/image" Target="media/image144.jpg"/><Relationship Id="rId153" Type="http://schemas.openxmlformats.org/officeDocument/2006/relationships/image" Target="media/image145.jpg"/><Relationship Id="rId154" Type="http://schemas.openxmlformats.org/officeDocument/2006/relationships/image" Target="media/image146.jpg"/><Relationship Id="rId155" Type="http://schemas.openxmlformats.org/officeDocument/2006/relationships/image" Target="media/image147.jpg"/><Relationship Id="rId156" Type="http://schemas.openxmlformats.org/officeDocument/2006/relationships/image" Target="media/image148.jpg"/><Relationship Id="rId157" Type="http://schemas.openxmlformats.org/officeDocument/2006/relationships/image" Target="media/image149.jpg"/><Relationship Id="rId158" Type="http://schemas.openxmlformats.org/officeDocument/2006/relationships/image" Target="media/image150.jpg"/><Relationship Id="rId159" Type="http://schemas.openxmlformats.org/officeDocument/2006/relationships/image" Target="media/image151.jpg"/><Relationship Id="rId160" Type="http://schemas.openxmlformats.org/officeDocument/2006/relationships/image" Target="media/image152.jpg"/><Relationship Id="rId161" Type="http://schemas.openxmlformats.org/officeDocument/2006/relationships/image" Target="media/image153.jpg"/><Relationship Id="rId162" Type="http://schemas.openxmlformats.org/officeDocument/2006/relationships/image" Target="media/image154.jpg"/><Relationship Id="rId163" Type="http://schemas.openxmlformats.org/officeDocument/2006/relationships/image" Target="media/image155.jpg"/><Relationship Id="rId164" Type="http://schemas.openxmlformats.org/officeDocument/2006/relationships/image" Target="media/image156.jpg"/><Relationship Id="rId165" Type="http://schemas.openxmlformats.org/officeDocument/2006/relationships/image" Target="media/image157.jpg"/><Relationship Id="rId166" Type="http://schemas.openxmlformats.org/officeDocument/2006/relationships/image" Target="media/image158.jpg"/><Relationship Id="rId167" Type="http://schemas.openxmlformats.org/officeDocument/2006/relationships/image" Target="media/image159.jpg"/><Relationship Id="rId168" Type="http://schemas.openxmlformats.org/officeDocument/2006/relationships/image" Target="media/image160.jpg"/><Relationship Id="rId169" Type="http://schemas.openxmlformats.org/officeDocument/2006/relationships/image" Target="media/image161.jpg"/><Relationship Id="rId170" Type="http://schemas.openxmlformats.org/officeDocument/2006/relationships/image" Target="media/image162.jpg"/><Relationship Id="rId171" Type="http://schemas.openxmlformats.org/officeDocument/2006/relationships/image" Target="media/image163.jpg"/><Relationship Id="rId172" Type="http://schemas.openxmlformats.org/officeDocument/2006/relationships/image" Target="media/image164.jpg"/><Relationship Id="rId173" Type="http://schemas.openxmlformats.org/officeDocument/2006/relationships/image" Target="media/image165.jpg"/><Relationship Id="rId174" Type="http://schemas.openxmlformats.org/officeDocument/2006/relationships/image" Target="media/image166.jpg"/><Relationship Id="rId175" Type="http://schemas.openxmlformats.org/officeDocument/2006/relationships/image" Target="media/image167.jpg"/><Relationship Id="rId176" Type="http://schemas.openxmlformats.org/officeDocument/2006/relationships/image" Target="media/image168.jpg"/><Relationship Id="rId177" Type="http://schemas.openxmlformats.org/officeDocument/2006/relationships/image" Target="media/image169.jpg"/><Relationship Id="rId178" Type="http://schemas.openxmlformats.org/officeDocument/2006/relationships/image" Target="media/image170.jpg"/><Relationship Id="rId179" Type="http://schemas.openxmlformats.org/officeDocument/2006/relationships/image" Target="media/image171.jpg"/><Relationship Id="rId180" Type="http://schemas.openxmlformats.org/officeDocument/2006/relationships/image" Target="media/image172.jpg"/><Relationship Id="rId181" Type="http://schemas.openxmlformats.org/officeDocument/2006/relationships/image" Target="media/image173.jpg"/><Relationship Id="rId182" Type="http://schemas.openxmlformats.org/officeDocument/2006/relationships/image" Target="media/image174.jpg"/><Relationship Id="rId183" Type="http://schemas.openxmlformats.org/officeDocument/2006/relationships/image" Target="media/image175.jpg"/><Relationship Id="rId184" Type="http://schemas.openxmlformats.org/officeDocument/2006/relationships/image" Target="media/image176.jpg"/><Relationship Id="rId185" Type="http://schemas.openxmlformats.org/officeDocument/2006/relationships/image" Target="media/image177.jpg"/><Relationship Id="rId186" Type="http://schemas.openxmlformats.org/officeDocument/2006/relationships/image" Target="media/image178.jpg"/><Relationship Id="rId187" Type="http://schemas.openxmlformats.org/officeDocument/2006/relationships/image" Target="media/image179.jpg"/><Relationship Id="rId188" Type="http://schemas.openxmlformats.org/officeDocument/2006/relationships/image" Target="media/image180.jpg"/><Relationship Id="rId189" Type="http://schemas.openxmlformats.org/officeDocument/2006/relationships/image" Target="media/image181.jpg"/><Relationship Id="rId190" Type="http://schemas.openxmlformats.org/officeDocument/2006/relationships/image" Target="media/image182.jpg"/><Relationship Id="rId191" Type="http://schemas.openxmlformats.org/officeDocument/2006/relationships/image" Target="media/image183.jpg"/><Relationship Id="rId192" Type="http://schemas.openxmlformats.org/officeDocument/2006/relationships/image" Target="media/image184.jpg"/><Relationship Id="rId193" Type="http://schemas.openxmlformats.org/officeDocument/2006/relationships/image" Target="media/image185.jpg"/><Relationship Id="rId194" Type="http://schemas.openxmlformats.org/officeDocument/2006/relationships/image" Target="media/image186.jpg"/><Relationship Id="rId195" Type="http://schemas.openxmlformats.org/officeDocument/2006/relationships/image" Target="media/image187.jpg"/><Relationship Id="rId196" Type="http://schemas.openxmlformats.org/officeDocument/2006/relationships/image" Target="media/image188.jpg"/><Relationship Id="rId197" Type="http://schemas.openxmlformats.org/officeDocument/2006/relationships/image" Target="media/image189.jpg"/><Relationship Id="rId198" Type="http://schemas.openxmlformats.org/officeDocument/2006/relationships/image" Target="media/image190.jpg"/><Relationship Id="rId199" Type="http://schemas.openxmlformats.org/officeDocument/2006/relationships/image" Target="media/image191.jpg"/><Relationship Id="rId200" Type="http://schemas.openxmlformats.org/officeDocument/2006/relationships/image" Target="media/image192.jpg"/><Relationship Id="rId201" Type="http://schemas.openxmlformats.org/officeDocument/2006/relationships/image" Target="media/image193.jpg"/><Relationship Id="rId202" Type="http://schemas.openxmlformats.org/officeDocument/2006/relationships/image" Target="media/image194.jpg"/><Relationship Id="rId203" Type="http://schemas.openxmlformats.org/officeDocument/2006/relationships/image" Target="media/image195.jpg"/><Relationship Id="rId204" Type="http://schemas.openxmlformats.org/officeDocument/2006/relationships/image" Target="media/image196.jpg"/><Relationship Id="rId205" Type="http://schemas.openxmlformats.org/officeDocument/2006/relationships/image" Target="media/image197.jpg"/><Relationship Id="rId206" Type="http://schemas.openxmlformats.org/officeDocument/2006/relationships/image" Target="media/image198.jpg"/><Relationship Id="rId207" Type="http://schemas.openxmlformats.org/officeDocument/2006/relationships/image" Target="media/image199.jpg"/><Relationship Id="rId208" Type="http://schemas.openxmlformats.org/officeDocument/2006/relationships/image" Target="media/image200.jpg"/><Relationship Id="rId209" Type="http://schemas.openxmlformats.org/officeDocument/2006/relationships/image" Target="media/image201.jpg"/><Relationship Id="rId210" Type="http://schemas.openxmlformats.org/officeDocument/2006/relationships/image" Target="media/image202.jpg"/><Relationship Id="rId211" Type="http://schemas.openxmlformats.org/officeDocument/2006/relationships/image" Target="media/image203.jpg"/><Relationship Id="rId212" Type="http://schemas.openxmlformats.org/officeDocument/2006/relationships/image" Target="media/image204.jpg"/><Relationship Id="rId213" Type="http://schemas.openxmlformats.org/officeDocument/2006/relationships/image" Target="media/image205.jpg"/><Relationship Id="rId214" Type="http://schemas.openxmlformats.org/officeDocument/2006/relationships/image" Target="media/image206.jpg"/><Relationship Id="rId215" Type="http://schemas.openxmlformats.org/officeDocument/2006/relationships/image" Target="media/image207.jpg"/><Relationship Id="rId216" Type="http://schemas.openxmlformats.org/officeDocument/2006/relationships/image" Target="media/image208.jpg"/><Relationship Id="rId217" Type="http://schemas.openxmlformats.org/officeDocument/2006/relationships/image" Target="media/image209.jpg"/><Relationship Id="rId218" Type="http://schemas.openxmlformats.org/officeDocument/2006/relationships/image" Target="media/image210.jpg"/><Relationship Id="rId219" Type="http://schemas.openxmlformats.org/officeDocument/2006/relationships/image" Target="media/image211.jpg"/><Relationship Id="rId220" Type="http://schemas.openxmlformats.org/officeDocument/2006/relationships/image" Target="media/image212.jpg"/><Relationship Id="rId221" Type="http://schemas.openxmlformats.org/officeDocument/2006/relationships/image" Target="media/image213.jpg"/><Relationship Id="rId222" Type="http://schemas.openxmlformats.org/officeDocument/2006/relationships/image" Target="media/image214.jpg"/><Relationship Id="rId223" Type="http://schemas.openxmlformats.org/officeDocument/2006/relationships/image" Target="media/image215.jpg"/><Relationship Id="rId224" Type="http://schemas.openxmlformats.org/officeDocument/2006/relationships/image" Target="media/image216.jpg"/><Relationship Id="rId225" Type="http://schemas.openxmlformats.org/officeDocument/2006/relationships/image" Target="media/image217.jpg"/><Relationship Id="rId226" Type="http://schemas.openxmlformats.org/officeDocument/2006/relationships/image" Target="media/image218.jpg"/><Relationship Id="rId227" Type="http://schemas.openxmlformats.org/officeDocument/2006/relationships/image" Target="media/image219.jpg"/><Relationship Id="rId228" Type="http://schemas.openxmlformats.org/officeDocument/2006/relationships/image" Target="media/image220.jpg"/><Relationship Id="rId229" Type="http://schemas.openxmlformats.org/officeDocument/2006/relationships/image" Target="media/image22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